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252"/>
            <w:tcBorders>
              <w:top w:val="nil"/>
              <w:left w:val="nil"/>
              <w:right w:val="nil"/>
              <w:bottom w:val="nil"/>
            </w:tcBorders>
          </w:tcPr>
          <w:p>
            <w:pPr>
              <w:spacing w:before="0"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52000" cy="1027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027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2"/>
            <w:tcBorders>
              <w:top w:val="nil"/>
              <w:left w:val="nil"/>
              <w:right w:val="nil"/>
              <w:bottom w:val="nil"/>
            </w:tcBorders>
          </w:tcPr>
          <w:p>
            <w:pPr>
              <w:spacing w:before="20" w:after="0"/>
              <w:jc w:val="left"/>
            </w:pPr>
            <w:r>
              <w:rPr>
                <w:rFonts w:ascii="Times New Roman" w:hAnsi="Times New Roman"/>
                <w:b/>
                <w:i w:val="0"/>
                <w:sz w:val="22"/>
              </w:rPr>
              <w:t>Директору ТОВ «УЗЕ ЛЬВІВ»</w:t>
            </w:r>
          </w:p>
          <w:p>
            <w:pPr>
              <w:spacing w:before="20" w:after="0"/>
              <w:jc w:val="left"/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Кліменкову Ігорю Петровичу</w:t>
            </w:r>
          </w:p>
          <w:p>
            <w:pPr>
              <w:spacing w:before="20" w:after="0"/>
              <w:jc w:val="left"/>
            </w:pPr>
            <w:r>
              <w:rPr>
                <w:rFonts w:ascii="Times New Roman" w:hAnsi="Times New Roman"/>
                <w:b w:val="0"/>
                <w:i w:val="0"/>
                <w:sz w:val="12"/>
              </w:rPr>
            </w:r>
          </w:p>
          <w:p>
            <w:pPr>
              <w:spacing w:before="20" w:after="0"/>
              <w:pBdr>
                <w:bottom w:val="single" w:sz="6" w:space="1" w:color="000000"/>
              </w:pBdr>
            </w:pPr>
            <w:r>
              <w:t xml:space="preserve"> 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b w:val="0"/>
                <w:i/>
                <w:color w:val="6B7280"/>
                <w:sz w:val="18"/>
              </w:rPr>
              <w:t>(прізвище, ім'я, по батькові)</w:t>
            </w:r>
          </w:p>
          <w:p>
            <w:pPr>
              <w:spacing w:before="20" w:after="0"/>
              <w:pBdr>
                <w:bottom w:val="single" w:sz="6" w:space="1" w:color="000000"/>
              </w:pBdr>
            </w:pPr>
            <w:r>
              <w:t xml:space="preserve"> 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b w:val="0"/>
                <w:i/>
                <w:color w:val="6B7280"/>
                <w:sz w:val="18"/>
              </w:rPr>
              <w:t>(адреса: район, вулиця, будинок, квартира)</w:t>
            </w:r>
          </w:p>
          <w:p>
            <w:pPr>
              <w:spacing w:before="20" w:after="0"/>
              <w:pBdr>
                <w:bottom w:val="single" w:sz="6" w:space="1" w:color="000000"/>
              </w:pBdr>
            </w:pPr>
            <w:r>
              <w:t xml:space="preserve"> 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b w:val="0"/>
                <w:i/>
                <w:color w:val="6B7280"/>
                <w:sz w:val="18"/>
              </w:rPr>
              <w:t>(паспорт: серія, номер, ким та де виданий)</w:t>
            </w:r>
          </w:p>
          <w:p>
            <w:pPr>
              <w:spacing w:before="20" w:after="0"/>
              <w:pBdr>
                <w:bottom w:val="single" w:sz="6" w:space="1" w:color="000000"/>
              </w:pBdr>
            </w:pPr>
            <w:r>
              <w:t xml:space="preserve"> 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b w:val="0"/>
                <w:i/>
                <w:color w:val="6B7280"/>
                <w:sz w:val="18"/>
              </w:rPr>
              <w:t>(e-mail)</w:t>
            </w:r>
          </w:p>
          <w:p>
            <w:pPr>
              <w:spacing w:before="20" w:after="0"/>
              <w:pBdr>
                <w:bottom w:val="single" w:sz="6" w:space="1" w:color="000000"/>
              </w:pBdr>
            </w:pPr>
            <w:r>
              <w:t xml:space="preserve"> </w:t>
            </w:r>
          </w:p>
          <w:p>
            <w:pPr>
              <w:spacing w:before="0" w:after="20"/>
            </w:pPr>
            <w:r>
              <w:rPr>
                <w:rFonts w:ascii="Times New Roman" w:hAnsi="Times New Roman"/>
                <w:b w:val="0"/>
                <w:i/>
                <w:color w:val="6B7280"/>
                <w:sz w:val="18"/>
              </w:rPr>
              <w:t>(тел.)</w:t>
            </w:r>
          </w:p>
        </w:tc>
      </w:tr>
    </w:tbl>
    <w:p>
      <w:pPr>
        <w:spacing w:before="0" w:after="120"/>
        <w:jc w:val="left"/>
      </w:pPr>
    </w:p>
    <w:p>
      <w:pPr>
        <w:spacing w:before="0" w:after="40"/>
        <w:jc w:val="center"/>
      </w:pPr>
      <w:r>
        <w:rPr>
          <w:rFonts w:ascii="Times New Roman" w:hAnsi="Times New Roman"/>
          <w:b/>
          <w:i w:val="0"/>
          <w:sz w:val="28"/>
        </w:rPr>
        <w:t>З в е р н е н н я</w:t>
      </w:r>
    </w:p>
    <w:p>
      <w:pPr>
        <w:spacing w:before="0" w:after="120"/>
        <w:jc w:val="center"/>
      </w:pPr>
      <w:r>
        <w:rPr>
          <w:rFonts w:ascii="Times New Roman" w:hAnsi="Times New Roman"/>
          <w:b w:val="0"/>
          <w:i/>
          <w:sz w:val="22"/>
        </w:rPr>
        <w:t>(заява / пропозиція / скарга)</w:t>
      </w:r>
    </w:p>
    <w:p>
      <w:pPr>
        <w:spacing w:before="0" w:after="40"/>
        <w:jc w:val="left"/>
      </w:pPr>
      <w:r>
        <w:rPr>
          <w:rFonts w:ascii="Times New Roman" w:hAnsi="Times New Roman"/>
          <w:b w:val="0"/>
          <w:i/>
          <w:sz w:val="22"/>
        </w:rPr>
        <w:t>(суть порушеного питання)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55"/>
      </w:tblGrid>
      <w:tr>
        <w:trPr>
          <w:trHeight w:val="360" w:hRule="exact"/>
        </w:trPr>
        <w:tc>
          <w:tcPr>
            <w:tcW w:type="dxa" w:w="9354"/>
            <w:vAlign w:val="bottom"/>
            <w:tcBorders>
              <w:top w:val="nil"/>
              <w:left w:val="nil"/>
              <w:right w:val="nil"/>
              <w:bottom w:val="single" w:sz="6" w:space="0" w:color="00000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360" w:hRule="exact"/>
        </w:trPr>
        <w:tc>
          <w:tcPr>
            <w:tcW w:type="dxa" w:w="9354"/>
            <w:vAlign w:val="bottom"/>
            <w:tcBorders>
              <w:top w:val="nil"/>
              <w:left w:val="nil"/>
              <w:right w:val="nil"/>
              <w:bottom w:val="single" w:sz="6" w:space="0" w:color="00000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360" w:hRule="exact"/>
        </w:trPr>
        <w:tc>
          <w:tcPr>
            <w:tcW w:type="dxa" w:w="9354"/>
            <w:vAlign w:val="bottom"/>
            <w:tcBorders>
              <w:top w:val="nil"/>
              <w:left w:val="nil"/>
              <w:right w:val="nil"/>
              <w:bottom w:val="single" w:sz="6" w:space="0" w:color="00000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360" w:hRule="exact"/>
        </w:trPr>
        <w:tc>
          <w:tcPr>
            <w:tcW w:type="dxa" w:w="9354"/>
            <w:vAlign w:val="bottom"/>
            <w:tcBorders>
              <w:top w:val="nil"/>
              <w:left w:val="nil"/>
              <w:right w:val="nil"/>
              <w:bottom w:val="single" w:sz="6" w:space="0" w:color="00000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360" w:hRule="exact"/>
        </w:trPr>
        <w:tc>
          <w:tcPr>
            <w:tcW w:type="dxa" w:w="9354"/>
            <w:vAlign w:val="bottom"/>
            <w:tcBorders>
              <w:top w:val="nil"/>
              <w:left w:val="nil"/>
              <w:right w:val="nil"/>
              <w:bottom w:val="single" w:sz="6" w:space="0" w:color="00000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360" w:hRule="exact"/>
        </w:trPr>
        <w:tc>
          <w:tcPr>
            <w:tcW w:type="dxa" w:w="9354"/>
            <w:vAlign w:val="bottom"/>
            <w:tcBorders>
              <w:top w:val="nil"/>
              <w:left w:val="nil"/>
              <w:right w:val="nil"/>
              <w:bottom w:val="single" w:sz="6" w:space="0" w:color="000000"/>
            </w:tcBorders>
          </w:tcPr>
          <w:p>
            <w:pPr>
              <w:spacing w:before="0" w:after="0"/>
              <w:jc w:val="left"/>
            </w:pPr>
          </w:p>
        </w:tc>
      </w:tr>
      <w:tr>
        <w:trPr>
          <w:trHeight w:val="360" w:hRule="exact"/>
        </w:trPr>
        <w:tc>
          <w:tcPr>
            <w:tcW w:type="dxa" w:w="9354"/>
            <w:vAlign w:val="bottom"/>
            <w:tcBorders>
              <w:top w:val="nil"/>
              <w:left w:val="nil"/>
              <w:right w:val="nil"/>
              <w:bottom w:val="single" w:sz="6" w:space="0" w:color="00000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80" w:after="0"/>
        <w:jc w:val="left"/>
      </w:pPr>
    </w:p>
    <w:p>
      <w:pPr>
        <w:spacing w:before="40" w:after="80"/>
      </w:pPr>
      <w:r>
        <w:rPr>
          <w:rFonts w:ascii="Times New Roman" w:hAnsi="Times New Roman"/>
          <w:b w:val="0"/>
          <w:i w:val="0"/>
          <w:sz w:val="22"/>
        </w:rPr>
        <w:t>Додаток: (за необхідності)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55"/>
      </w:tblGrid>
      <w:tr>
        <w:trPr>
          <w:trHeight w:val="400" w:hRule="exact"/>
        </w:trPr>
        <w:tc>
          <w:tcPr>
            <w:tcW w:type="dxa" w:w="9354"/>
            <w:vAlign w:val="bottom"/>
            <w:tcBorders>
              <w:top w:val="nil"/>
              <w:left w:val="nil"/>
              <w:right w:val="nil"/>
              <w:bottom w:val="single" w:sz="6" w:space="0" w:color="00000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120" w:after="60"/>
        <w:jc w:val="left"/>
      </w:pPr>
      <w:r>
        <w:rPr>
          <w:rFonts w:ascii="Times New Roman" w:hAnsi="Times New Roman"/>
          <w:b w:val="0"/>
          <w:i w:val="0"/>
          <w:sz w:val="22"/>
        </w:rPr>
        <w:t>Відповідь прошу (необхідно поставити ✓):</w:t>
      </w:r>
    </w:p>
    <w:p>
      <w:pPr>
        <w:spacing w:before="0" w:after="20"/>
      </w:pPr>
      <w:r>
        <w:rPr>
          <w:rFonts w:ascii="Times New Roman" w:hAnsi="Times New Roman"/>
          <w:b w:val="0"/>
          <w:i w:val="0"/>
          <w:sz w:val="22"/>
        </w:rPr>
        <w:t>☐  надати в електронному вигляді на мій email: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55"/>
      </w:tblGrid>
      <w:tr>
        <w:trPr>
          <w:trHeight w:val="400" w:hRule="exact"/>
        </w:trPr>
        <w:tc>
          <w:tcPr>
            <w:tcW w:type="dxa" w:w="9354"/>
            <w:vAlign w:val="bottom"/>
            <w:tcBorders>
              <w:top w:val="nil"/>
              <w:left w:val="nil"/>
              <w:right w:val="nil"/>
              <w:bottom w:val="single" w:sz="6" w:space="0" w:color="00000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40"/>
        <w:ind w:left="0"/>
      </w:pPr>
      <w:r>
        <w:rPr>
          <w:rFonts w:ascii="Times New Roman" w:hAnsi="Times New Roman"/>
          <w:b w:val="0"/>
          <w:i/>
          <w:color w:val="6B7280"/>
          <w:sz w:val="18"/>
        </w:rPr>
        <w:t>(адреса електронної пошти)</w:t>
      </w:r>
    </w:p>
    <w:p>
      <w:pPr>
        <w:spacing w:before="60" w:after="20"/>
      </w:pPr>
      <w:r>
        <w:rPr>
          <w:rFonts w:ascii="Times New Roman" w:hAnsi="Times New Roman"/>
          <w:b w:val="0"/>
          <w:i w:val="0"/>
          <w:sz w:val="22"/>
        </w:rPr>
        <w:t>☐  надати по телефону: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355"/>
      </w:tblGrid>
      <w:tr>
        <w:trPr>
          <w:trHeight w:val="400" w:hRule="exact"/>
        </w:trPr>
        <w:tc>
          <w:tcPr>
            <w:tcW w:type="dxa" w:w="9354"/>
            <w:vAlign w:val="bottom"/>
            <w:tcBorders>
              <w:top w:val="nil"/>
              <w:left w:val="nil"/>
              <w:right w:val="nil"/>
              <w:bottom w:val="single" w:sz="6" w:space="0" w:color="000000"/>
            </w:tcBorders>
          </w:tcPr>
          <w:p>
            <w:pPr>
              <w:spacing w:before="0" w:after="0"/>
              <w:jc w:val="left"/>
            </w:pPr>
          </w:p>
        </w:tc>
      </w:tr>
    </w:tbl>
    <w:p>
      <w:pPr>
        <w:spacing w:before="0" w:after="40"/>
        <w:ind w:left="0"/>
      </w:pPr>
      <w:r>
        <w:rPr>
          <w:rFonts w:ascii="Times New Roman" w:hAnsi="Times New Roman"/>
          <w:b w:val="0"/>
          <w:i/>
          <w:color w:val="6B7280"/>
          <w:sz w:val="18"/>
        </w:rPr>
        <w:t>(мобільний номер телефону)</w:t>
      </w:r>
    </w:p>
    <w:p>
      <w:pPr>
        <w:spacing w:before="60" w:after="40"/>
      </w:pPr>
      <w:r>
        <w:rPr>
          <w:rFonts w:ascii="Times New Roman" w:hAnsi="Times New Roman"/>
          <w:b w:val="0"/>
          <w:i w:val="0"/>
          <w:sz w:val="22"/>
        </w:rPr>
        <w:t>☐  письмову відповідь не потребую.</w:t>
      </w:r>
    </w:p>
    <w:p>
      <w:pPr>
        <w:spacing w:before="120" w:after="60"/>
        <w:jc w:val="left"/>
      </w:pP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677"/>
        <w:gridCol w:w="4677"/>
      </w:tblGrid>
      <w:tr>
        <w:trPr>
          <w:trHeight w:val="440" w:hRule="exact"/>
        </w:trPr>
        <w:tc>
          <w:tcPr>
            <w:tcW w:type="dxa" w:w="4535"/>
            <w:tcBorders>
              <w:top w:val="nil"/>
              <w:left w:val="nil"/>
              <w:right w:val="nil"/>
              <w:bottom w:val="nil"/>
            </w:tcBorders>
            <w:vAlign w:val="bottom"/>
          </w:tcPr>
          <w:p>
            <w:pPr>
              <w:spacing w:before="0" w:after="0"/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«_____»  _____________________  20___ р.</w:t>
            </w:r>
          </w:p>
        </w:tc>
        <w:tc>
          <w:tcPr>
            <w:tcW w:type="dxa" w:w="4819"/>
            <w:tcBorders>
              <w:top w:val="nil"/>
              <w:left w:val="nil"/>
              <w:right w:val="nil"/>
              <w:bottom w:val="single" w:sz="6" w:space="0" w:color="000000"/>
            </w:tcBorders>
            <w:vAlign w:val="bottom"/>
          </w:tcPr>
          <w:p>
            <w:pPr>
              <w:spacing w:before="0" w:after="0"/>
              <w:jc w:val="right"/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(підпис)</w:t>
            </w:r>
          </w:p>
        </w:tc>
      </w:tr>
    </w:tbl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60" w:lineRule="exact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